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:rsidRPr="00CB41D4" w14:paraId="0CB5BEE9" w14:textId="77777777" w:rsidTr="007118B8">
        <w:trPr>
          <w:trHeight w:val="1585"/>
        </w:trPr>
        <w:tc>
          <w:tcPr>
            <w:tcW w:w="2115" w:type="dxa"/>
          </w:tcPr>
          <w:p w14:paraId="235EF40D" w14:textId="77777777" w:rsidR="002454D4" w:rsidRPr="00CB41D4" w:rsidRDefault="002454D4" w:rsidP="007118B8">
            <w:pPr>
              <w:rPr>
                <w:sz w:val="22"/>
                <w:szCs w:val="24"/>
              </w:rPr>
            </w:pPr>
            <w:r w:rsidRPr="00CB41D4">
              <w:rPr>
                <w:noProof/>
                <w:sz w:val="22"/>
                <w:szCs w:val="24"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0CC56B65" w14:textId="77777777" w:rsidR="002454D4" w:rsidRPr="00CB41D4" w:rsidRDefault="002454D4" w:rsidP="007118B8">
            <w:pPr>
              <w:spacing w:before="160"/>
              <w:jc w:val="center"/>
              <w:rPr>
                <w:sz w:val="22"/>
                <w:szCs w:val="24"/>
              </w:rPr>
            </w:pPr>
            <w:r w:rsidRPr="00CB41D4">
              <w:rPr>
                <w:b/>
                <w:sz w:val="22"/>
                <w:szCs w:val="24"/>
              </w:rPr>
              <w:t>T.C.</w:t>
            </w:r>
            <w:r w:rsidRPr="00CB41D4">
              <w:rPr>
                <w:b/>
                <w:sz w:val="22"/>
                <w:szCs w:val="24"/>
              </w:rPr>
              <w:br/>
              <w:t>KAHRAMANMARAŞ SÜTÇÜ İMAM ÜNİVERSİTESİ</w:t>
            </w:r>
            <w:r w:rsidRPr="00CB41D4">
              <w:rPr>
                <w:b/>
                <w:sz w:val="22"/>
                <w:szCs w:val="24"/>
              </w:rPr>
              <w:br/>
              <w:t>LİSANSÜSTÜ EĞİTİM ENSTİTÜSÜ</w:t>
            </w:r>
            <w:r w:rsidRPr="00CB41D4">
              <w:rPr>
                <w:b/>
                <w:sz w:val="22"/>
                <w:szCs w:val="24"/>
              </w:rPr>
              <w:br/>
            </w:r>
          </w:p>
        </w:tc>
      </w:tr>
    </w:tbl>
    <w:p w14:paraId="3369B37B" w14:textId="77777777" w:rsidR="002454D4" w:rsidRPr="00CB41D4" w:rsidRDefault="00B8710D" w:rsidP="002454D4">
      <w:pPr>
        <w:pBdr>
          <w:bottom w:val="single" w:sz="10" w:space="0" w:color="C59C57"/>
        </w:pBdr>
        <w:spacing w:after="300"/>
        <w:jc w:val="center"/>
        <w:rPr>
          <w:b/>
          <w:bCs/>
          <w:sz w:val="22"/>
          <w:szCs w:val="24"/>
        </w:rPr>
      </w:pPr>
      <w:r w:rsidRPr="00CB41D4">
        <w:rPr>
          <w:b/>
          <w:bCs/>
          <w:sz w:val="22"/>
          <w:szCs w:val="24"/>
        </w:rPr>
        <w:t>SEMİNER DEĞERLENDİRME FORMU</w:t>
      </w:r>
    </w:p>
    <w:p w14:paraId="7917506B" w14:textId="77777777" w:rsidR="00126B4F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ÖĞRENCİ BİLGİLERİ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582"/>
      </w:tblGrid>
      <w:tr w:rsidR="00126B4F" w:rsidRPr="00CB41D4" w14:paraId="64C83BA6" w14:textId="77777777">
        <w:trPr>
          <w:trHeight w:val="460"/>
        </w:trPr>
        <w:tc>
          <w:tcPr>
            <w:tcW w:w="3000" w:type="dxa"/>
            <w:vAlign w:val="center"/>
          </w:tcPr>
          <w:p w14:paraId="0E7517CE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Adı Soyadı</w:t>
            </w:r>
          </w:p>
        </w:tc>
        <w:tc>
          <w:tcPr>
            <w:tcW w:w="6582" w:type="dxa"/>
            <w:vAlign w:val="center"/>
          </w:tcPr>
          <w:p w14:paraId="3D1EE1C6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  <w:tr w:rsidR="00126B4F" w:rsidRPr="00CB41D4" w14:paraId="4D4DAE2F" w14:textId="77777777">
        <w:trPr>
          <w:trHeight w:val="460"/>
        </w:trPr>
        <w:tc>
          <w:tcPr>
            <w:tcW w:w="3000" w:type="dxa"/>
            <w:vAlign w:val="center"/>
          </w:tcPr>
          <w:p w14:paraId="70A53D86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Numarası</w:t>
            </w:r>
          </w:p>
        </w:tc>
        <w:tc>
          <w:tcPr>
            <w:tcW w:w="6582" w:type="dxa"/>
            <w:vAlign w:val="center"/>
          </w:tcPr>
          <w:p w14:paraId="0E361EF1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  <w:tr w:rsidR="00126B4F" w:rsidRPr="00CB41D4" w14:paraId="39474ED0" w14:textId="77777777">
        <w:trPr>
          <w:trHeight w:val="460"/>
        </w:trPr>
        <w:tc>
          <w:tcPr>
            <w:tcW w:w="3000" w:type="dxa"/>
            <w:vAlign w:val="center"/>
          </w:tcPr>
          <w:p w14:paraId="3820287A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Ana Bilim Dalı</w:t>
            </w:r>
          </w:p>
        </w:tc>
        <w:tc>
          <w:tcPr>
            <w:tcW w:w="6582" w:type="dxa"/>
            <w:vAlign w:val="center"/>
          </w:tcPr>
          <w:p w14:paraId="44BD9D46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  <w:tr w:rsidR="00126B4F" w:rsidRPr="00CB41D4" w14:paraId="4C3205B4" w14:textId="77777777">
        <w:trPr>
          <w:trHeight w:val="460"/>
        </w:trPr>
        <w:tc>
          <w:tcPr>
            <w:tcW w:w="3000" w:type="dxa"/>
            <w:vAlign w:val="center"/>
          </w:tcPr>
          <w:p w14:paraId="7FA746DE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Programı</w:t>
            </w:r>
          </w:p>
        </w:tc>
        <w:tc>
          <w:tcPr>
            <w:tcW w:w="6582" w:type="dxa"/>
            <w:vAlign w:val="center"/>
          </w:tcPr>
          <w:p w14:paraId="4F56B386" w14:textId="27EBB5D8" w:rsidR="00126B4F" w:rsidRPr="00CB41D4" w:rsidRDefault="00CB41D4">
            <w:pPr>
              <w:spacing w:before="60" w:after="60"/>
              <w:rPr>
                <w:sz w:val="22"/>
                <w:szCs w:val="24"/>
              </w:rPr>
            </w:pP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 w:rsidR="00000000" w:rsidRPr="00CB41D4">
              <w:rPr>
                <w:color w:val="000000"/>
                <w:sz w:val="22"/>
                <w:szCs w:val="24"/>
              </w:rPr>
              <w:t xml:space="preserve">Yüksek Lisans  / </w:t>
            </w: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 w:rsidR="00000000" w:rsidRPr="00CB41D4">
              <w:rPr>
                <w:color w:val="000000"/>
                <w:sz w:val="22"/>
                <w:szCs w:val="24"/>
              </w:rPr>
              <w:t>Doktora</w:t>
            </w:r>
          </w:p>
        </w:tc>
      </w:tr>
      <w:tr w:rsidR="00126B4F" w:rsidRPr="00CB41D4" w14:paraId="3BF99AFF" w14:textId="77777777">
        <w:trPr>
          <w:trHeight w:val="460"/>
        </w:trPr>
        <w:tc>
          <w:tcPr>
            <w:tcW w:w="3000" w:type="dxa"/>
            <w:vAlign w:val="center"/>
          </w:tcPr>
          <w:p w14:paraId="3611A50E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Danışmanı</w:t>
            </w:r>
          </w:p>
        </w:tc>
        <w:tc>
          <w:tcPr>
            <w:tcW w:w="6582" w:type="dxa"/>
            <w:vAlign w:val="center"/>
          </w:tcPr>
          <w:p w14:paraId="5DF5DBAE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</w:tbl>
    <w:p w14:paraId="71BBFAFB" w14:textId="77777777" w:rsidR="00126B4F" w:rsidRPr="00CB41D4" w:rsidRDefault="00000000">
      <w:pPr>
        <w:keepNext/>
        <w:pBdr>
          <w:bottom w:val="single" w:sz="8" w:space="0" w:color="D5BC8A"/>
        </w:pBdr>
        <w:spacing w:before="280" w:after="120"/>
        <w:rPr>
          <w:sz w:val="22"/>
          <w:szCs w:val="24"/>
        </w:rPr>
      </w:pPr>
      <w:r w:rsidRPr="00CB41D4">
        <w:rPr>
          <w:b/>
          <w:sz w:val="22"/>
          <w:szCs w:val="24"/>
        </w:rPr>
        <w:t>SEMİNER BİLGİLERİ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582"/>
      </w:tblGrid>
      <w:tr w:rsidR="00126B4F" w:rsidRPr="00CB41D4" w14:paraId="698743B4" w14:textId="77777777">
        <w:trPr>
          <w:trHeight w:val="460"/>
        </w:trPr>
        <w:tc>
          <w:tcPr>
            <w:tcW w:w="3000" w:type="dxa"/>
            <w:vAlign w:val="center"/>
          </w:tcPr>
          <w:p w14:paraId="539860ED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Seminerin Adı</w:t>
            </w:r>
          </w:p>
        </w:tc>
        <w:tc>
          <w:tcPr>
            <w:tcW w:w="6582" w:type="dxa"/>
            <w:vAlign w:val="center"/>
          </w:tcPr>
          <w:p w14:paraId="17CB3399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  <w:tr w:rsidR="00126B4F" w:rsidRPr="00CB41D4" w14:paraId="767956B6" w14:textId="77777777">
        <w:trPr>
          <w:trHeight w:val="460"/>
        </w:trPr>
        <w:tc>
          <w:tcPr>
            <w:tcW w:w="3000" w:type="dxa"/>
            <w:vAlign w:val="center"/>
          </w:tcPr>
          <w:p w14:paraId="053D4967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Verildiği Tarih</w:t>
            </w:r>
          </w:p>
        </w:tc>
        <w:tc>
          <w:tcPr>
            <w:tcW w:w="6582" w:type="dxa"/>
            <w:vAlign w:val="center"/>
          </w:tcPr>
          <w:p w14:paraId="1B35B54F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color w:val="000000"/>
                <w:sz w:val="22"/>
                <w:szCs w:val="24"/>
              </w:rPr>
              <w:t>.... / .... / 202..</w:t>
            </w:r>
          </w:p>
        </w:tc>
      </w:tr>
      <w:tr w:rsidR="00126B4F" w:rsidRPr="00CB41D4" w14:paraId="77461AB4" w14:textId="77777777">
        <w:trPr>
          <w:trHeight w:val="460"/>
        </w:trPr>
        <w:tc>
          <w:tcPr>
            <w:tcW w:w="3000" w:type="dxa"/>
            <w:vAlign w:val="center"/>
          </w:tcPr>
          <w:p w14:paraId="28007B1B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Saat</w:t>
            </w:r>
          </w:p>
        </w:tc>
        <w:tc>
          <w:tcPr>
            <w:tcW w:w="6582" w:type="dxa"/>
            <w:vAlign w:val="center"/>
          </w:tcPr>
          <w:p w14:paraId="357F7F5E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  <w:tr w:rsidR="00126B4F" w:rsidRPr="00CB41D4" w14:paraId="3F9F674C" w14:textId="77777777">
        <w:trPr>
          <w:trHeight w:val="460"/>
        </w:trPr>
        <w:tc>
          <w:tcPr>
            <w:tcW w:w="3000" w:type="dxa"/>
            <w:vAlign w:val="center"/>
          </w:tcPr>
          <w:p w14:paraId="577B5843" w14:textId="77777777" w:rsidR="00126B4F" w:rsidRPr="00CB41D4" w:rsidRDefault="00000000">
            <w:pPr>
              <w:spacing w:before="60" w:after="60"/>
              <w:rPr>
                <w:sz w:val="22"/>
                <w:szCs w:val="24"/>
              </w:rPr>
            </w:pPr>
            <w:r w:rsidRPr="00CB41D4">
              <w:rPr>
                <w:b/>
                <w:color w:val="000000"/>
                <w:sz w:val="22"/>
                <w:szCs w:val="24"/>
              </w:rPr>
              <w:t>Yer</w:t>
            </w:r>
          </w:p>
        </w:tc>
        <w:tc>
          <w:tcPr>
            <w:tcW w:w="6582" w:type="dxa"/>
            <w:vAlign w:val="center"/>
          </w:tcPr>
          <w:p w14:paraId="31F5D955" w14:textId="77777777" w:rsidR="00126B4F" w:rsidRPr="00CB41D4" w:rsidRDefault="00126B4F">
            <w:pPr>
              <w:spacing w:before="60" w:after="60"/>
              <w:rPr>
                <w:sz w:val="22"/>
                <w:szCs w:val="24"/>
              </w:rPr>
            </w:pPr>
          </w:p>
        </w:tc>
      </w:tr>
    </w:tbl>
    <w:p w14:paraId="614AAB25" w14:textId="77777777" w:rsidR="00126B4F" w:rsidRDefault="00000000">
      <w:pPr>
        <w:keepNext/>
        <w:pBdr>
          <w:bottom w:val="single" w:sz="8" w:space="0" w:color="D5BC8A"/>
        </w:pBdr>
        <w:spacing w:before="280" w:after="160"/>
      </w:pPr>
      <w:r>
        <w:rPr>
          <w:b/>
        </w:rPr>
        <w:t>BAŞARI DURUMU</w:t>
      </w:r>
    </w:p>
    <w:p w14:paraId="089490CC" w14:textId="70ECD389" w:rsidR="00126B4F" w:rsidRDefault="00CB41D4">
      <w:pPr>
        <w:spacing w:after="160"/>
        <w:jc w:val="center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rPr>
          <w:b/>
        </w:rPr>
        <w:t xml:space="preserve">  Başarılı (B)                              </w:t>
      </w: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rPr>
          <w:b/>
        </w:rPr>
        <w:t>Başarısız (BS)</w:t>
      </w:r>
    </w:p>
    <w:p w14:paraId="46839A3B" w14:textId="77777777" w:rsidR="00126B4F" w:rsidRDefault="00000000">
      <w:pPr>
        <w:jc w:val="both"/>
      </w:pPr>
      <w:r>
        <w:t>Kahramanmaraş Sütçü İmam Üniversitesi Lisansüstü Eğitim-Öğretim Yönetmeliğinin ilgili maddeleri uyarınca Yüksek Lisans/Doktora öğrencisinin verdiği seminere ait başarı durumu bu tutanakla tespit edilmiştir.</w:t>
      </w:r>
    </w:p>
    <w:tbl>
      <w:tblPr>
        <w:tblW w:w="958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126B4F" w14:paraId="11BFCD13" w14:textId="77777777">
        <w:tc>
          <w:tcPr>
            <w:tcW w:w="4791" w:type="dxa"/>
          </w:tcPr>
          <w:p w14:paraId="41C0A525" w14:textId="77777777" w:rsidR="00126B4F" w:rsidRDefault="00000000">
            <w:pPr>
              <w:spacing w:before="900"/>
              <w:jc w:val="center"/>
            </w:pPr>
            <w:r>
              <w:rPr>
                <w:b/>
              </w:rPr>
              <w:t>Danışman</w:t>
            </w:r>
          </w:p>
          <w:p w14:paraId="168C62DF" w14:textId="77777777" w:rsidR="00126B4F" w:rsidRDefault="00000000">
            <w:pPr>
              <w:jc w:val="center"/>
            </w:pPr>
            <w:r>
              <w:t>(Unvanı, Adı, Soyadı, İmza)</w:t>
            </w:r>
          </w:p>
        </w:tc>
        <w:tc>
          <w:tcPr>
            <w:tcW w:w="4791" w:type="dxa"/>
          </w:tcPr>
          <w:p w14:paraId="22B9C41A" w14:textId="77777777" w:rsidR="00126B4F" w:rsidRDefault="00000000">
            <w:pPr>
              <w:spacing w:before="900"/>
              <w:jc w:val="center"/>
            </w:pPr>
            <w:r>
              <w:rPr>
                <w:b/>
              </w:rPr>
              <w:t>Ana Bilim Dalı Başkanı</w:t>
            </w:r>
          </w:p>
          <w:p w14:paraId="4BA4F109" w14:textId="77777777" w:rsidR="00126B4F" w:rsidRDefault="00000000">
            <w:pPr>
              <w:jc w:val="center"/>
            </w:pPr>
            <w:r>
              <w:t>(Unvanı, Adı, Soyadı, İmza)</w:t>
            </w:r>
          </w:p>
        </w:tc>
      </w:tr>
    </w:tbl>
    <w:p w14:paraId="062B0D79" w14:textId="77777777" w:rsidR="00126B4F" w:rsidRDefault="00000000">
      <w:pPr>
        <w:spacing w:before="360" w:after="160"/>
        <w:jc w:val="both"/>
      </w:pPr>
      <w:r>
        <w:rPr>
          <w:b/>
        </w:rPr>
        <w:t xml:space="preserve">Not: </w:t>
      </w:r>
      <w:r>
        <w:t>Bu form Enstitüye teslim edildiğinde seminer dersi başarı durumu Enstitü tarafından otomasyona girilecektir.</w:t>
      </w:r>
    </w:p>
    <w:p w14:paraId="3CB09DF2" w14:textId="77777777" w:rsidR="00126B4F" w:rsidRDefault="00000000">
      <w:pPr>
        <w:keepNext/>
        <w:spacing w:after="80"/>
      </w:pPr>
      <w:r>
        <w:rPr>
          <w:b/>
        </w:rPr>
        <w:t xml:space="preserve">Ekler: </w:t>
      </w:r>
    </w:p>
    <w:p w14:paraId="5EA80F39" w14:textId="77777777" w:rsidR="00126B4F" w:rsidRDefault="00000000">
      <w:pPr>
        <w:pStyle w:val="ListeParagraf"/>
        <w:numPr>
          <w:ilvl w:val="0"/>
          <w:numId w:val="10"/>
        </w:numPr>
        <w:spacing w:after="40"/>
      </w:pPr>
      <w:r>
        <w:t>Seminer çalışması (........ sayfa)</w:t>
      </w:r>
    </w:p>
    <w:sectPr w:rsidR="00126B4F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26B4F"/>
    <w:rsid w:val="0015074B"/>
    <w:rsid w:val="002454D4"/>
    <w:rsid w:val="0029639D"/>
    <w:rsid w:val="00326F90"/>
    <w:rsid w:val="003A1CEE"/>
    <w:rsid w:val="005A7C45"/>
    <w:rsid w:val="00606584"/>
    <w:rsid w:val="00AA1D8D"/>
    <w:rsid w:val="00AD6073"/>
    <w:rsid w:val="00B47730"/>
    <w:rsid w:val="00B8710D"/>
    <w:rsid w:val="00CB0664"/>
    <w:rsid w:val="00CB41D4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940CD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2026-09-24T12:00:00Z</dcterms:created>
  <dcterms:modified xsi:type="dcterms:W3CDTF">2026-09-24T12:00:00Z</dcterms:modified>
  <cp:category/>
</cp:coreProperties>
</file>